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50DB2B" w14:textId="77777777" w:rsidR="00551FAE" w:rsidRDefault="00000000">
      <w:pPr>
        <w:spacing w:after="40"/>
        <w:jc w:val="center"/>
      </w:pPr>
      <w:r>
        <w:rPr>
          <w:b/>
          <w:color w:val="1F374F"/>
          <w:sz w:val="40"/>
        </w:rPr>
        <w:t>Abstract Submission Form</w:t>
      </w:r>
    </w:p>
    <w:p w14:paraId="57F4DA63" w14:textId="77777777" w:rsidR="00551FAE" w:rsidRDefault="00000000">
      <w:pPr>
        <w:jc w:val="center"/>
      </w:pPr>
      <w:r>
        <w:rPr>
          <w:color w:val="5A646E"/>
          <w:sz w:val="19"/>
        </w:rPr>
        <w:t>Complete all fields before submitting.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551FAE" w14:paraId="2B085C23" w14:textId="77777777">
        <w:trPr>
          <w:jc w:val="center"/>
        </w:trPr>
        <w:tc>
          <w:tcPr>
            <w:tcW w:w="2200" w:type="dxa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EAF1F8"/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76AE9AB" w14:textId="77777777" w:rsidR="00551FAE" w:rsidRDefault="00000000">
            <w:pPr>
              <w:spacing w:after="0"/>
            </w:pPr>
            <w:r>
              <w:rPr>
                <w:b/>
                <w:color w:val="1F374F"/>
                <w:sz w:val="21"/>
              </w:rPr>
              <w:t>Submission Type</w:t>
            </w:r>
          </w:p>
        </w:tc>
        <w:tc>
          <w:tcPr>
            <w:tcW w:w="7160" w:type="dxa"/>
            <w:tcBorders>
              <w:top w:val="single" w:sz="8" w:space="0" w:color="9FBAD0"/>
              <w:left w:val="single" w:sz="8" w:space="0" w:color="9FBAD0"/>
              <w:bottom w:val="single" w:sz="8" w:space="0" w:color="9FBAD0"/>
              <w:right w:val="single" w:sz="8" w:space="0" w:color="9FBAD0"/>
            </w:tcBorders>
            <w:shd w:val="clear" w:color="auto" w:fill="EAF1F8"/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sdt>
            <w:sdtPr>
              <w:alias w:val="Submission Type"/>
              <w:tag w:val="SUBMISSION_TYPE"/>
              <w:id w:val="762037045"/>
              <w:showingPlcHdr/>
              <w:dropDownList>
                <w:listItem w:displayText="Basic Science Research" w:value="Basic Science Research"/>
                <w:listItem w:displayText="Clinical Research" w:value="Clinical Research"/>
                <w:listItem w:displayText="Case Report" w:value="Case Report"/>
                <w:listItem w:displayText="Scholarly Project" w:value="Scholarly Project"/>
                <w:listItem w:displayText="Systematic Review" w:value="Systematic Review"/>
                <w:listItem w:displayText="Research Proposal" w:value="Research Proposal"/>
              </w:dropDownList>
            </w:sdtPr>
            <w:sdtContent>
              <w:p w14:paraId="0B933FEF" w14:textId="77777777" w:rsidR="00551FAE" w:rsidRDefault="00000000">
                <w:r>
                  <w:rPr>
                    <w:i/>
                    <w:color w:val="7A8795"/>
                  </w:rPr>
                  <w:t>Select a submission type</w:t>
                </w:r>
              </w:p>
            </w:sdtContent>
          </w:sdt>
        </w:tc>
      </w:tr>
    </w:tbl>
    <w:p w14:paraId="7AC379E9" w14:textId="77777777" w:rsidR="00551FAE" w:rsidRDefault="00551FAE">
      <w:pPr>
        <w:spacing w:after="0"/>
      </w:pPr>
    </w:p>
    <w:p w14:paraId="3828DF9F" w14:textId="77777777" w:rsidR="00551FAE" w:rsidRDefault="00000000">
      <w:pPr>
        <w:spacing w:before="80" w:after="80"/>
      </w:pPr>
      <w:r>
        <w:rPr>
          <w:b/>
          <w:color w:val="1F374F"/>
          <w:sz w:val="21"/>
        </w:rPr>
        <w:t>Title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51FAE" w14:paraId="10434595" w14:textId="77777777">
        <w:trPr>
          <w:trHeight w:val="640"/>
          <w:jc w:val="center"/>
        </w:trPr>
        <w:tc>
          <w:tcPr>
            <w:tcW w:w="9360" w:type="dxa"/>
            <w:tcBorders>
              <w:top w:val="single" w:sz="8" w:space="0" w:color="B8C7D9"/>
              <w:left w:val="single" w:sz="8" w:space="0" w:color="B8C7D9"/>
              <w:bottom w:val="single" w:sz="8" w:space="0" w:color="B8C7D9"/>
              <w:right w:val="single" w:sz="8" w:space="0" w:color="B8C7D9"/>
            </w:tcBorders>
            <w:tcMar>
              <w:top w:w="170" w:type="dxa"/>
              <w:left w:w="180" w:type="dxa"/>
              <w:bottom w:w="170" w:type="dxa"/>
              <w:right w:w="180" w:type="dxa"/>
            </w:tcMar>
          </w:tcPr>
          <w:sdt>
            <w:sdtPr>
              <w:alias w:val="Title"/>
              <w:tag w:val="TITLE"/>
              <w:id w:val="1714896710"/>
              <w:showingPlcHdr/>
              <w:text/>
            </w:sdtPr>
            <w:sdtContent>
              <w:p w14:paraId="1317B9E5" w14:textId="77777777" w:rsidR="00551FAE" w:rsidRDefault="00000000">
                <w:pPr>
                  <w:spacing w:after="0" w:line="300" w:lineRule="auto"/>
                </w:pPr>
                <w:r>
                  <w:rPr>
                    <w:i/>
                    <w:color w:val="7A8795"/>
                  </w:rPr>
                  <w:t>Click or tap here to enter the abstract title.</w:t>
                </w:r>
              </w:p>
            </w:sdtContent>
          </w:sdt>
        </w:tc>
      </w:tr>
    </w:tbl>
    <w:p w14:paraId="7FD1323A" w14:textId="77777777" w:rsidR="00551FAE" w:rsidRDefault="00551FAE">
      <w:pPr>
        <w:spacing w:after="0"/>
      </w:pPr>
    </w:p>
    <w:p w14:paraId="1780D7C1" w14:textId="77777777" w:rsidR="00551FAE" w:rsidRDefault="00000000">
      <w:pPr>
        <w:spacing w:before="80" w:after="80"/>
      </w:pPr>
      <w:r>
        <w:rPr>
          <w:b/>
          <w:color w:val="1F374F"/>
          <w:sz w:val="21"/>
        </w:rPr>
        <w:t>List of Authors</w:t>
      </w:r>
      <w:r>
        <w:rPr>
          <w:i/>
          <w:color w:val="646E78"/>
          <w:sz w:val="18"/>
        </w:rPr>
        <w:t xml:space="preserve">  Enter names in the preferred publication order.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51FAE" w14:paraId="5EAF7A70" w14:textId="77777777">
        <w:trPr>
          <w:trHeight w:val="900"/>
          <w:jc w:val="center"/>
        </w:trPr>
        <w:tc>
          <w:tcPr>
            <w:tcW w:w="9360" w:type="dxa"/>
            <w:tcBorders>
              <w:top w:val="single" w:sz="8" w:space="0" w:color="B8C7D9"/>
              <w:left w:val="single" w:sz="8" w:space="0" w:color="B8C7D9"/>
              <w:bottom w:val="single" w:sz="8" w:space="0" w:color="B8C7D9"/>
              <w:right w:val="single" w:sz="8" w:space="0" w:color="B8C7D9"/>
            </w:tcBorders>
            <w:tcMar>
              <w:top w:w="170" w:type="dxa"/>
              <w:left w:w="180" w:type="dxa"/>
              <w:bottom w:w="170" w:type="dxa"/>
              <w:right w:w="180" w:type="dxa"/>
            </w:tcMar>
          </w:tcPr>
          <w:sdt>
            <w:sdtPr>
              <w:alias w:val="List of Authors"/>
              <w:tag w:val="AUTHORS"/>
              <w:id w:val="1749823036"/>
              <w:showingPlcHdr/>
              <w:text w:multiLine="1"/>
            </w:sdtPr>
            <w:sdtContent>
              <w:p w14:paraId="44E1C42E" w14:textId="77777777" w:rsidR="00551FAE" w:rsidRDefault="00000000">
                <w:pPr>
                  <w:spacing w:after="0" w:line="300" w:lineRule="auto"/>
                </w:pPr>
                <w:r>
                  <w:rPr>
                    <w:i/>
                    <w:color w:val="7A8795"/>
                  </w:rPr>
                  <w:t>Click or tap here to enter author names.</w:t>
                </w:r>
              </w:p>
              <w:p w14:paraId="242FF3FA" w14:textId="77777777" w:rsidR="00551FAE" w:rsidRDefault="00000000">
                <w:pPr>
                  <w:spacing w:after="0" w:line="300" w:lineRule="auto"/>
                </w:pPr>
              </w:p>
            </w:sdtContent>
          </w:sdt>
        </w:tc>
      </w:tr>
    </w:tbl>
    <w:p w14:paraId="0CF8F282" w14:textId="77777777" w:rsidR="00551FAE" w:rsidRDefault="00551FAE">
      <w:pPr>
        <w:spacing w:after="0"/>
      </w:pPr>
    </w:p>
    <w:p w14:paraId="457C1435" w14:textId="77777777" w:rsidR="00551FAE" w:rsidRDefault="00000000">
      <w:pPr>
        <w:spacing w:before="80" w:after="80"/>
      </w:pPr>
      <w:r>
        <w:rPr>
          <w:b/>
          <w:color w:val="1F374F"/>
          <w:sz w:val="21"/>
        </w:rPr>
        <w:t>Author Affiliations</w:t>
      </w:r>
      <w:r>
        <w:rPr>
          <w:i/>
          <w:color w:val="646E78"/>
          <w:sz w:val="18"/>
        </w:rPr>
        <w:t xml:space="preserve">  Use superscript numbers or symbols to link authors with affiliations, if needed.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51FAE" w14:paraId="0B626B84" w14:textId="77777777">
        <w:trPr>
          <w:trHeight w:val="1150"/>
          <w:jc w:val="center"/>
        </w:trPr>
        <w:tc>
          <w:tcPr>
            <w:tcW w:w="9360" w:type="dxa"/>
            <w:tcBorders>
              <w:top w:val="single" w:sz="8" w:space="0" w:color="B8C7D9"/>
              <w:left w:val="single" w:sz="8" w:space="0" w:color="B8C7D9"/>
              <w:bottom w:val="single" w:sz="8" w:space="0" w:color="B8C7D9"/>
              <w:right w:val="single" w:sz="8" w:space="0" w:color="B8C7D9"/>
            </w:tcBorders>
            <w:tcMar>
              <w:top w:w="170" w:type="dxa"/>
              <w:left w:w="180" w:type="dxa"/>
              <w:bottom w:w="170" w:type="dxa"/>
              <w:right w:w="180" w:type="dxa"/>
            </w:tcMar>
          </w:tcPr>
          <w:sdt>
            <w:sdtPr>
              <w:alias w:val="Author Affiliations"/>
              <w:tag w:val="AFFILIATIONS"/>
              <w:id w:val="749663548"/>
              <w:showingPlcHdr/>
              <w:text w:multiLine="1"/>
            </w:sdtPr>
            <w:sdtContent>
              <w:p w14:paraId="44200AD2" w14:textId="77777777" w:rsidR="00551FAE" w:rsidRDefault="00000000">
                <w:pPr>
                  <w:spacing w:after="0" w:line="300" w:lineRule="auto"/>
                </w:pPr>
                <w:r>
                  <w:rPr>
                    <w:i/>
                    <w:color w:val="7A8795"/>
                  </w:rPr>
                  <w:t>Click or tap here to enter institutional affiliations.</w:t>
                </w:r>
              </w:p>
              <w:p w14:paraId="1C4C04C4" w14:textId="77777777" w:rsidR="00551FAE" w:rsidRDefault="00551FAE">
                <w:pPr>
                  <w:spacing w:after="0" w:line="300" w:lineRule="auto"/>
                </w:pPr>
              </w:p>
              <w:p w14:paraId="2B5F8AF4" w14:textId="77777777" w:rsidR="00551FAE" w:rsidRDefault="00000000">
                <w:pPr>
                  <w:spacing w:after="0" w:line="300" w:lineRule="auto"/>
                </w:pPr>
              </w:p>
            </w:sdtContent>
          </w:sdt>
        </w:tc>
      </w:tr>
    </w:tbl>
    <w:p w14:paraId="59C35542" w14:textId="77777777" w:rsidR="00551FAE" w:rsidRDefault="00551FAE">
      <w:pPr>
        <w:spacing w:after="0"/>
      </w:pPr>
    </w:p>
    <w:p w14:paraId="35AAA88F" w14:textId="77777777" w:rsidR="00551FAE" w:rsidRDefault="00000000">
      <w:pPr>
        <w:spacing w:before="80" w:after="80"/>
      </w:pPr>
      <w:r>
        <w:rPr>
          <w:b/>
          <w:color w:val="1F374F"/>
          <w:sz w:val="21"/>
        </w:rPr>
        <w:t>Abstract</w:t>
      </w:r>
      <w:r>
        <w:rPr>
          <w:i/>
          <w:color w:val="646E78"/>
          <w:sz w:val="18"/>
        </w:rPr>
        <w:t xml:space="preserve">  Maximum 400 words.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51FAE" w14:paraId="4F155B05" w14:textId="77777777">
        <w:trPr>
          <w:trHeight w:val="3000"/>
          <w:jc w:val="center"/>
        </w:trPr>
        <w:tc>
          <w:tcPr>
            <w:tcW w:w="9360" w:type="dxa"/>
            <w:tcBorders>
              <w:top w:val="single" w:sz="8" w:space="0" w:color="B8C7D9"/>
              <w:left w:val="single" w:sz="8" w:space="0" w:color="B8C7D9"/>
              <w:bottom w:val="single" w:sz="8" w:space="0" w:color="B8C7D9"/>
              <w:right w:val="single" w:sz="8" w:space="0" w:color="B8C7D9"/>
            </w:tcBorders>
            <w:tcMar>
              <w:top w:w="170" w:type="dxa"/>
              <w:left w:w="180" w:type="dxa"/>
              <w:bottom w:w="170" w:type="dxa"/>
              <w:right w:w="180" w:type="dxa"/>
            </w:tcMar>
          </w:tcPr>
          <w:sdt>
            <w:sdtPr>
              <w:alias w:val="Abstract"/>
              <w:tag w:val="ABSTRACT"/>
              <w:id w:val="713114953"/>
              <w:showingPlcHdr/>
              <w:text w:multiLine="1"/>
            </w:sdtPr>
            <w:sdtContent>
              <w:p w14:paraId="6F1138C8" w14:textId="77777777" w:rsidR="00551FAE" w:rsidRDefault="00000000">
                <w:pPr>
                  <w:spacing w:after="0" w:line="300" w:lineRule="auto"/>
                </w:pPr>
                <w:r>
                  <w:rPr>
                    <w:i/>
                    <w:color w:val="7A8795"/>
                  </w:rPr>
                  <w:t>Click or tap here to enter the abstract (maximum 400 words).</w:t>
                </w:r>
              </w:p>
              <w:p w14:paraId="02BC51C3" w14:textId="77777777" w:rsidR="00551FAE" w:rsidRDefault="00551FAE">
                <w:pPr>
                  <w:spacing w:after="0" w:line="300" w:lineRule="auto"/>
                </w:pPr>
              </w:p>
              <w:p w14:paraId="0D99581F" w14:textId="77777777" w:rsidR="00551FAE" w:rsidRDefault="00551FAE">
                <w:pPr>
                  <w:spacing w:after="0" w:line="300" w:lineRule="auto"/>
                </w:pPr>
              </w:p>
              <w:p w14:paraId="4ED64C2B" w14:textId="77777777" w:rsidR="00551FAE" w:rsidRDefault="00551FAE">
                <w:pPr>
                  <w:spacing w:after="0" w:line="300" w:lineRule="auto"/>
                </w:pPr>
              </w:p>
              <w:p w14:paraId="0E34F33A" w14:textId="77777777" w:rsidR="00551FAE" w:rsidRDefault="00551FAE">
                <w:pPr>
                  <w:spacing w:after="0" w:line="300" w:lineRule="auto"/>
                </w:pPr>
              </w:p>
              <w:p w14:paraId="2063B73D" w14:textId="77777777" w:rsidR="00551FAE" w:rsidRDefault="00551FAE">
                <w:pPr>
                  <w:spacing w:after="0" w:line="300" w:lineRule="auto"/>
                </w:pPr>
              </w:p>
              <w:p w14:paraId="2C79575C" w14:textId="77777777" w:rsidR="00551FAE" w:rsidRDefault="00551FAE">
                <w:pPr>
                  <w:spacing w:after="0" w:line="300" w:lineRule="auto"/>
                </w:pPr>
              </w:p>
              <w:p w14:paraId="461920BD" w14:textId="77777777" w:rsidR="00551FAE" w:rsidRDefault="00551FAE">
                <w:pPr>
                  <w:spacing w:after="0" w:line="300" w:lineRule="auto"/>
                </w:pPr>
              </w:p>
              <w:p w14:paraId="4D09D4F7" w14:textId="77777777" w:rsidR="00551FAE" w:rsidRDefault="00551FAE">
                <w:pPr>
                  <w:spacing w:after="0" w:line="300" w:lineRule="auto"/>
                </w:pPr>
              </w:p>
              <w:p w14:paraId="0D3BED90" w14:textId="77777777" w:rsidR="00551FAE" w:rsidRDefault="00000000">
                <w:pPr>
                  <w:spacing w:after="0" w:line="300" w:lineRule="auto"/>
                </w:pPr>
              </w:p>
            </w:sdtContent>
          </w:sdt>
        </w:tc>
      </w:tr>
    </w:tbl>
    <w:p w14:paraId="0151A104" w14:textId="77777777" w:rsidR="00551FAE" w:rsidRDefault="00551FA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551FAE" w14:paraId="55BFCFEF" w14:textId="77777777">
        <w:trPr>
          <w:jc w:val="center"/>
        </w:trPr>
        <w:tc>
          <w:tcPr>
            <w:tcW w:w="10080" w:type="dxa"/>
            <w:shd w:val="clear" w:color="auto" w:fill="F4F7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39AD3E5" w14:textId="77777777" w:rsidR="00551FAE" w:rsidRDefault="00000000">
            <w:pPr>
              <w:spacing w:after="0"/>
            </w:pPr>
            <w:r>
              <w:rPr>
                <w:b/>
                <w:color w:val="1F374F"/>
                <w:sz w:val="17"/>
              </w:rPr>
              <w:t xml:space="preserve">Word-limit note: </w:t>
            </w:r>
            <w:r>
              <w:rPr>
                <w:color w:val="505A64"/>
                <w:sz w:val="17"/>
              </w:rPr>
              <w:t>This form identifies the 400-word maximum. Word can display a live word count, but a standard macro-free .docx form cannot automatically block text after exactly 400 words.</w:t>
            </w:r>
          </w:p>
        </w:tc>
      </w:tr>
    </w:tbl>
    <w:p w14:paraId="3A98DDB4" w14:textId="77777777" w:rsidR="000C5C80" w:rsidRDefault="000C5C80"/>
    <w:sectPr w:rsidR="000C5C80" w:rsidSect="00034616">
      <w:headerReference w:type="default" r:id="rId8"/>
      <w:footerReference w:type="default" r:id="rId9"/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D88BEE" w14:textId="77777777" w:rsidR="000C5C80" w:rsidRDefault="000C5C80">
      <w:pPr>
        <w:spacing w:after="0" w:line="240" w:lineRule="auto"/>
      </w:pPr>
      <w:r>
        <w:separator/>
      </w:r>
    </w:p>
  </w:endnote>
  <w:endnote w:type="continuationSeparator" w:id="0">
    <w:p w14:paraId="1C9C3035" w14:textId="77777777" w:rsidR="000C5C80" w:rsidRDefault="000C5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D515FC" w14:textId="77777777" w:rsidR="00551FAE" w:rsidRDefault="00000000">
    <w:pPr>
      <w:pStyle w:val="Footer"/>
      <w:jc w:val="center"/>
    </w:pPr>
    <w:r>
      <w:rPr>
        <w:color w:val="787D82"/>
        <w:sz w:val="16"/>
      </w:rPr>
      <w:t>Abstract Submission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4D00A5" w14:textId="77777777" w:rsidR="000C5C80" w:rsidRDefault="000C5C80">
      <w:pPr>
        <w:spacing w:after="0" w:line="240" w:lineRule="auto"/>
      </w:pPr>
      <w:r>
        <w:separator/>
      </w:r>
    </w:p>
  </w:footnote>
  <w:footnote w:type="continuationSeparator" w:id="0">
    <w:p w14:paraId="5D9C145C" w14:textId="77777777" w:rsidR="000C5C80" w:rsidRDefault="000C5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6264F" w14:textId="77777777" w:rsidR="00551FAE" w:rsidRDefault="00000000">
    <w:pPr>
      <w:pStyle w:val="Header"/>
      <w:jc w:val="right"/>
    </w:pPr>
    <w:r>
      <w:rPr>
        <w:b/>
        <w:color w:val="4472C4"/>
        <w:sz w:val="16"/>
      </w:rPr>
      <w:t>ABSTRACT SUBMISSION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4327806">
    <w:abstractNumId w:val="8"/>
  </w:num>
  <w:num w:numId="2" w16cid:durableId="1174296806">
    <w:abstractNumId w:val="6"/>
  </w:num>
  <w:num w:numId="3" w16cid:durableId="1300185910">
    <w:abstractNumId w:val="5"/>
  </w:num>
  <w:num w:numId="4" w16cid:durableId="405685513">
    <w:abstractNumId w:val="4"/>
  </w:num>
  <w:num w:numId="5" w16cid:durableId="1625965130">
    <w:abstractNumId w:val="7"/>
  </w:num>
  <w:num w:numId="6" w16cid:durableId="561798072">
    <w:abstractNumId w:val="3"/>
  </w:num>
  <w:num w:numId="7" w16cid:durableId="474688521">
    <w:abstractNumId w:val="2"/>
  </w:num>
  <w:num w:numId="8" w16cid:durableId="1129567">
    <w:abstractNumId w:val="1"/>
  </w:num>
  <w:num w:numId="9" w16cid:durableId="10620248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45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C80"/>
    <w:rsid w:val="0015074B"/>
    <w:rsid w:val="0029639D"/>
    <w:rsid w:val="00326F90"/>
    <w:rsid w:val="00551FAE"/>
    <w:rsid w:val="00692C19"/>
    <w:rsid w:val="006E02C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985867"/>
  <w14:defaultImageDpi w14:val="300"/>
  <w15:docId w15:val="{7CA74D51-6CCF-9A49-BFC6-B60CD35A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590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Submission Form</dc:title>
  <dc:subject>Fillable abstract submission form</dc:subject>
  <dc:creator>Price, Michael S (LUCOM Biomedical Sciences)</dc:creator>
  <cp:keywords/>
  <dc:description>generated by python-docx</dc:description>
  <cp:lastModifiedBy>Price, Michael S (LUCOM Biomedical Sciences)</cp:lastModifiedBy>
  <cp:revision>2</cp:revision>
  <dcterms:created xsi:type="dcterms:W3CDTF">2026-10-04T20:37:00Z</dcterms:created>
  <dcterms:modified xsi:type="dcterms:W3CDTF">2026-10-04T20:37:00Z</dcterms:modified>
  <cp:category/>
</cp:coreProperties>
</file>